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AA945" w14:textId="1F060EA1" w:rsidR="00D00B77" w:rsidRDefault="00D00B7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</w:rPr>
        <w:drawing>
          <wp:inline distT="0" distB="0" distL="0" distR="0" wp14:anchorId="466BF162" wp14:editId="3336C595">
            <wp:extent cx="3162300" cy="752475"/>
            <wp:effectExtent l="0" t="0" r="0" b="0"/>
            <wp:docPr id="1916281931" name="Picture 2" descr="San Antonio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C9C8DD3-F92C-4AD3-B03F-FBFDA2D7B2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281931" name="Picture 2" descr="San Antonio.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2745" cy="75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3D3E" w14:textId="035C3F72" w:rsidR="00845512" w:rsidRPr="00D00B77" w:rsidRDefault="2213E9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B77">
        <w:rPr>
          <w:rFonts w:ascii="Times New Roman" w:hAnsi="Times New Roman" w:cs="Times New Roman"/>
          <w:b/>
          <w:bCs/>
          <w:sz w:val="44"/>
          <w:szCs w:val="44"/>
        </w:rPr>
        <w:t>Door Decorating Contest Entry Form</w:t>
      </w:r>
    </w:p>
    <w:p w14:paraId="09895289" w14:textId="4DD9B865" w:rsidR="0D404353" w:rsidRPr="00D00B77" w:rsidRDefault="0D404353" w:rsidP="2213E927">
      <w:pPr>
        <w:pBdr>
          <w:bottom w:val="single" w:sz="8" w:space="1" w:color="000000"/>
        </w:pBd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SECC Halloween Door Decorating </w:t>
      </w:r>
      <w:r w:rsid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Contest</w:t>
      </w:r>
      <w:r w:rsidRPr="00D00B77">
        <w:rPr>
          <w:rFonts w:ascii="Times New Roman" w:hAnsi="Times New Roman" w:cs="Times New Roman"/>
          <w:sz w:val="28"/>
          <w:szCs w:val="28"/>
        </w:rPr>
        <w:br/>
      </w:r>
      <w:r w:rsidRP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October</w:t>
      </w:r>
      <w:r w:rsid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A125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7</w:t>
      </w:r>
      <w:r w:rsid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th</w:t>
      </w:r>
      <w:r w:rsidRP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, 2026</w:t>
      </w:r>
    </w:p>
    <w:p w14:paraId="2D9DC6C8" w14:textId="34474067" w:rsidR="00D00B77" w:rsidRDefault="0D404353" w:rsidP="00D00B77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D00B7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University colleagues are invited to decorate their office doors, show their creativity, and support the SECC!</w:t>
      </w:r>
    </w:p>
    <w:p w14:paraId="092E8B26" w14:textId="02200AAC" w:rsidR="00D00B77" w:rsidRDefault="00D00B77" w:rsidP="00D00B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00B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Fill out and return by October </w:t>
      </w:r>
      <w:r w:rsidR="0067616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="003A125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7</w:t>
      </w:r>
      <w:r w:rsidR="0067616B" w:rsidRPr="0067616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="0067616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at </w:t>
      </w:r>
      <w:r w:rsidR="003A125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11am</w:t>
      </w:r>
      <w:r w:rsidRPr="00D00B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to </w:t>
      </w:r>
      <w:r w:rsidR="009C5BE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Rosanna Dominguez at </w:t>
      </w:r>
      <w:hyperlink r:id="rId6" w:history="1">
        <w:r w:rsidR="009C5BE7" w:rsidRPr="00196F25">
          <w:rPr>
            <w:rStyle w:val="Hyperlink"/>
            <w:rFonts w:ascii="Times New Roman" w:eastAsia="Times New Roman" w:hAnsi="Times New Roman" w:cs="Times New Roman"/>
            <w:b/>
            <w:bCs/>
            <w:sz w:val="32"/>
            <w:szCs w:val="32"/>
          </w:rPr>
          <w:t>rdominguez@tamusa.edu</w:t>
        </w:r>
      </w:hyperlink>
      <w:r w:rsidRPr="00D00B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.</w:t>
      </w:r>
    </w:p>
    <w:p w14:paraId="7A7695D3" w14:textId="77777777" w:rsidR="0067616B" w:rsidRDefault="0067616B" w:rsidP="00D00B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369C9000" w14:textId="0817896D" w:rsidR="00C07446" w:rsidRPr="00AB3AB2" w:rsidRDefault="00C07446" w:rsidP="00D00B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AB3AB2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2026 Theme: General’s Haunted Hollow</w:t>
      </w:r>
    </w:p>
    <w:p w14:paraId="672A6659" w14:textId="77777777" w:rsidR="00845512" w:rsidRPr="00D00B77" w:rsidRDefault="008455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6"/>
        <w:gridCol w:w="5914"/>
      </w:tblGrid>
      <w:tr w:rsidR="00845512" w:rsidRPr="00D00B77" w14:paraId="401B120C" w14:textId="77777777" w:rsidTr="00F35EF3">
        <w:tc>
          <w:tcPr>
            <w:tcW w:w="2716" w:type="dxa"/>
          </w:tcPr>
          <w:p w14:paraId="14070839" w14:textId="432BD376" w:rsidR="00845512" w:rsidRPr="00D00B77" w:rsidRDefault="000B0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B77">
              <w:rPr>
                <w:rFonts w:ascii="Times New Roman" w:hAnsi="Times New Roman" w:cs="Times New Roman"/>
                <w:sz w:val="28"/>
                <w:szCs w:val="28"/>
              </w:rPr>
              <w:t>Department Name</w:t>
            </w:r>
            <w:r w:rsidR="00D00B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14:paraId="2AD2B172" w14:textId="7F6F9DFF" w:rsidR="00845512" w:rsidRPr="00D00B77" w:rsidRDefault="00845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512" w:rsidRPr="00D00B77" w14:paraId="10692C62" w14:textId="77777777" w:rsidTr="00F35EF3">
        <w:tc>
          <w:tcPr>
            <w:tcW w:w="2716" w:type="dxa"/>
          </w:tcPr>
          <w:p w14:paraId="1B3C590D" w14:textId="662561F5" w:rsidR="00845512" w:rsidRPr="00D00B77" w:rsidRDefault="000B0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B77">
              <w:rPr>
                <w:rFonts w:ascii="Times New Roman" w:hAnsi="Times New Roman" w:cs="Times New Roman"/>
                <w:sz w:val="28"/>
                <w:szCs w:val="28"/>
              </w:rPr>
              <w:t>Door Location</w:t>
            </w:r>
            <w:r w:rsidR="00D00B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14:paraId="1EECB4B7" w14:textId="5260E980" w:rsidR="00845512" w:rsidRPr="00D00B77" w:rsidRDefault="00845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512" w:rsidRPr="00D00B77" w14:paraId="209524F9" w14:textId="77777777" w:rsidTr="00F35EF3">
        <w:tc>
          <w:tcPr>
            <w:tcW w:w="2716" w:type="dxa"/>
          </w:tcPr>
          <w:p w14:paraId="3CC52BB3" w14:textId="2E7F567A" w:rsidR="00845512" w:rsidRPr="00D00B77" w:rsidRDefault="000B0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B77">
              <w:rPr>
                <w:rFonts w:ascii="Times New Roman" w:hAnsi="Times New Roman" w:cs="Times New Roman"/>
                <w:sz w:val="28"/>
                <w:szCs w:val="28"/>
              </w:rPr>
              <w:t>Door Theme Name</w:t>
            </w:r>
            <w:r w:rsidR="00D00B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14:paraId="405FEA42" w14:textId="23F75FAF" w:rsidR="00845512" w:rsidRPr="00D00B77" w:rsidRDefault="00845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512" w:rsidRPr="00D00B77" w14:paraId="0B8F74A2" w14:textId="77777777" w:rsidTr="00F35EF3">
        <w:tc>
          <w:tcPr>
            <w:tcW w:w="2716" w:type="dxa"/>
          </w:tcPr>
          <w:p w14:paraId="240F870F" w14:textId="780D3A37" w:rsidR="00845512" w:rsidRPr="00D00B77" w:rsidRDefault="000B0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B77">
              <w:rPr>
                <w:rFonts w:ascii="Times New Roman" w:hAnsi="Times New Roman" w:cs="Times New Roman"/>
                <w:sz w:val="28"/>
                <w:szCs w:val="28"/>
              </w:rPr>
              <w:t>Point of Contact</w:t>
            </w:r>
            <w:r w:rsidR="00D00B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14:paraId="769B2E77" w14:textId="0D129FCF" w:rsidR="00845512" w:rsidRPr="00D00B77" w:rsidRDefault="00845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EF3" w:rsidRPr="00D00B77" w14:paraId="517F5C2F" w14:textId="77777777" w:rsidTr="00F35EF3">
        <w:tc>
          <w:tcPr>
            <w:tcW w:w="2716" w:type="dxa"/>
          </w:tcPr>
          <w:p w14:paraId="5642270E" w14:textId="3317EAB0" w:rsidR="00F35EF3" w:rsidRPr="00D00B77" w:rsidRDefault="00F35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Email: </w:t>
            </w:r>
          </w:p>
        </w:tc>
        <w:tc>
          <w:tcPr>
            <w:tcW w:w="5914" w:type="dxa"/>
          </w:tcPr>
          <w:p w14:paraId="42E11F6C" w14:textId="77777777" w:rsidR="00F35EF3" w:rsidRPr="00D00B77" w:rsidRDefault="00F35E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C5D" w:rsidRPr="00D00B77" w14:paraId="3503EC0F" w14:textId="77777777" w:rsidTr="00F35EF3">
        <w:tc>
          <w:tcPr>
            <w:tcW w:w="2716" w:type="dxa"/>
          </w:tcPr>
          <w:p w14:paraId="7394D8CB" w14:textId="30B37848" w:rsidR="00524C5D" w:rsidRDefault="00524C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="00081270">
              <w:rPr>
                <w:rFonts w:ascii="Times New Roman" w:hAnsi="Times New Roman" w:cs="Times New Roman"/>
                <w:sz w:val="28"/>
                <w:szCs w:val="28"/>
              </w:rPr>
              <w:t>bmission Date:</w:t>
            </w:r>
          </w:p>
        </w:tc>
        <w:tc>
          <w:tcPr>
            <w:tcW w:w="5914" w:type="dxa"/>
          </w:tcPr>
          <w:p w14:paraId="304DD57D" w14:textId="77777777" w:rsidR="00524C5D" w:rsidRPr="00D00B77" w:rsidRDefault="00524C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A3DC35" w14:textId="65B07DA2" w:rsidR="00845512" w:rsidRPr="00D00B77" w:rsidRDefault="00845512">
      <w:pPr>
        <w:rPr>
          <w:rFonts w:ascii="Times New Roman" w:hAnsi="Times New Roman" w:cs="Times New Roman"/>
          <w:sz w:val="28"/>
          <w:szCs w:val="28"/>
        </w:rPr>
      </w:pPr>
    </w:p>
    <w:p w14:paraId="601CAE7D" w14:textId="77777777" w:rsidR="00845512" w:rsidRPr="00D00B77" w:rsidRDefault="000B030B">
      <w:pPr>
        <w:rPr>
          <w:rFonts w:ascii="Times New Roman" w:hAnsi="Times New Roman" w:cs="Times New Roman"/>
          <w:sz w:val="28"/>
          <w:szCs w:val="28"/>
        </w:rPr>
      </w:pPr>
      <w:r w:rsidRPr="00D00B77">
        <w:rPr>
          <w:rFonts w:ascii="Times New Roman" w:hAnsi="Times New Roman" w:cs="Times New Roman"/>
          <w:sz w:val="28"/>
          <w:szCs w:val="28"/>
        </w:rPr>
        <w:br/>
        <w:t>Additional Notes:</w:t>
      </w:r>
    </w:p>
    <w:p w14:paraId="4E83B400" w14:textId="77777777" w:rsidR="00D00B77" w:rsidRPr="00D00B77" w:rsidRDefault="00D00B77">
      <w:pPr>
        <w:rPr>
          <w:rFonts w:ascii="Times New Roman" w:hAnsi="Times New Roman" w:cs="Times New Roman"/>
          <w:sz w:val="28"/>
          <w:szCs w:val="28"/>
        </w:rPr>
      </w:pPr>
    </w:p>
    <w:sectPr w:rsidR="00D00B77" w:rsidRPr="00D00B7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9C4670"/>
    <w:multiLevelType w:val="hybridMultilevel"/>
    <w:tmpl w:val="F114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276035">
    <w:abstractNumId w:val="4"/>
  </w:num>
  <w:num w:numId="2" w16cid:durableId="1504666424">
    <w:abstractNumId w:val="3"/>
  </w:num>
  <w:num w:numId="3" w16cid:durableId="2030983610">
    <w:abstractNumId w:val="2"/>
  </w:num>
  <w:num w:numId="4" w16cid:durableId="264386163">
    <w:abstractNumId w:val="8"/>
  </w:num>
  <w:num w:numId="5" w16cid:durableId="361830380">
    <w:abstractNumId w:val="0"/>
  </w:num>
  <w:num w:numId="6" w16cid:durableId="405761073">
    <w:abstractNumId w:val="6"/>
  </w:num>
  <w:num w:numId="7" w16cid:durableId="491992763">
    <w:abstractNumId w:val="7"/>
  </w:num>
  <w:num w:numId="8" w16cid:durableId="653873533">
    <w:abstractNumId w:val="9"/>
  </w:num>
  <w:num w:numId="9" w16cid:durableId="789007019">
    <w:abstractNumId w:val="1"/>
  </w:num>
  <w:num w:numId="10" w16cid:durableId="924148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270"/>
    <w:rsid w:val="000B030B"/>
    <w:rsid w:val="001146CF"/>
    <w:rsid w:val="00134AC5"/>
    <w:rsid w:val="0015074B"/>
    <w:rsid w:val="0029639D"/>
    <w:rsid w:val="00326F90"/>
    <w:rsid w:val="003A125E"/>
    <w:rsid w:val="00524C5D"/>
    <w:rsid w:val="0067616B"/>
    <w:rsid w:val="00767A0F"/>
    <w:rsid w:val="00845512"/>
    <w:rsid w:val="009C5BE7"/>
    <w:rsid w:val="00A82492"/>
    <w:rsid w:val="00AA1D8D"/>
    <w:rsid w:val="00AB3AB2"/>
    <w:rsid w:val="00B47730"/>
    <w:rsid w:val="00C07446"/>
    <w:rsid w:val="00CB0664"/>
    <w:rsid w:val="00D00B77"/>
    <w:rsid w:val="00D63A57"/>
    <w:rsid w:val="00F35EF3"/>
    <w:rsid w:val="00FC693F"/>
    <w:rsid w:val="0D404353"/>
    <w:rsid w:val="2213E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4A3610B-B076-41BD-952D-E0D47336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tabs>
        <w:tab w:val="clear" w:pos="360"/>
        <w:tab w:val="num" w:pos="1440"/>
      </w:tabs>
      <w:ind w:left="14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tabs>
        <w:tab w:val="clear" w:pos="1080"/>
      </w:tabs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tabs>
        <w:tab w:val="clear" w:pos="360"/>
        <w:tab w:val="num" w:pos="1080"/>
      </w:tabs>
      <w:ind w:left="108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761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ominguez@tamusa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421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Dominguez</dc:creator>
  <cp:keywords/>
  <dc:description>generated by python-docx</dc:description>
  <cp:lastModifiedBy>Jacob Schmidt</cp:lastModifiedBy>
  <cp:revision>14</cp:revision>
  <dcterms:created xsi:type="dcterms:W3CDTF">2026-10-05T12:07:00Z</dcterms:created>
  <dcterms:modified xsi:type="dcterms:W3CDTF">2026-10-07T19:43:00Z</dcterms:modified>
  <cp:category/>
</cp:coreProperties>
</file>